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3DA52" w14:textId="77777777" w:rsidR="00011176" w:rsidRDefault="00000000">
      <w:pPr>
        <w:jc w:val="center"/>
      </w:pPr>
      <w:r>
        <w:rPr>
          <w:b/>
          <w:color w:val="1F4E79"/>
          <w:sz w:val="26"/>
        </w:rPr>
        <w:t>OHIO NETWORK OF CHILDREN’S ADVOCACY CENTERS</w:t>
      </w:r>
    </w:p>
    <w:p w14:paraId="479B7732" w14:textId="77777777" w:rsidR="00011176" w:rsidRDefault="00000000">
      <w:pPr>
        <w:jc w:val="center"/>
      </w:pPr>
      <w:r>
        <w:rPr>
          <w:b/>
          <w:sz w:val="32"/>
        </w:rPr>
        <w:t>BOARD MEMBER APPLICATION</w:t>
      </w:r>
    </w:p>
    <w:p w14:paraId="3238994C" w14:textId="77777777" w:rsidR="00011176" w:rsidRDefault="00000000">
      <w:pPr>
        <w:spacing w:after="60"/>
        <w:jc w:val="center"/>
      </w:pPr>
      <w:r>
        <w:rPr>
          <w:i/>
        </w:rPr>
        <w:t>Thank you for your interest in serving on the ONCAC Board of Directors.</w:t>
      </w:r>
    </w:p>
    <w:p w14:paraId="405DD42C" w14:textId="77777777" w:rsidR="00011176" w:rsidRDefault="00000000">
      <w:pPr>
        <w:spacing w:before="80" w:after="40"/>
      </w:pPr>
      <w:r>
        <w:rPr>
          <w:b/>
          <w:color w:val="1F4E79"/>
          <w:sz w:val="18"/>
        </w:rPr>
        <w:t>APPLICANT INFORMATION</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ook w:val="04A0" w:firstRow="1" w:lastRow="0" w:firstColumn="1" w:lastColumn="0" w:noHBand="0" w:noVBand="1"/>
      </w:tblPr>
      <w:tblGrid>
        <w:gridCol w:w="5328"/>
        <w:gridCol w:w="5328"/>
      </w:tblGrid>
      <w:tr w:rsidR="00011176" w14:paraId="09106483" w14:textId="77777777">
        <w:trPr>
          <w:jc w:val="center"/>
        </w:trPr>
        <w:tc>
          <w:tcPr>
            <w:tcW w:w="5328" w:type="dxa"/>
            <w:vAlign w:val="center"/>
          </w:tcPr>
          <w:p w14:paraId="6AA17479" w14:textId="1E9E006A" w:rsidR="00011176" w:rsidRDefault="00000000">
            <w:r>
              <w:t>Full Name: __________________________________</w:t>
            </w:r>
          </w:p>
        </w:tc>
        <w:tc>
          <w:tcPr>
            <w:tcW w:w="5328" w:type="dxa"/>
            <w:vAlign w:val="center"/>
          </w:tcPr>
          <w:p w14:paraId="4EFE33A7" w14:textId="77777777" w:rsidR="00011176" w:rsidRDefault="00000000">
            <w:r>
              <w:t>Preferred Name: ______________________________</w:t>
            </w:r>
          </w:p>
        </w:tc>
      </w:tr>
      <w:tr w:rsidR="00011176" w14:paraId="38964908" w14:textId="77777777">
        <w:trPr>
          <w:jc w:val="center"/>
        </w:trPr>
        <w:tc>
          <w:tcPr>
            <w:tcW w:w="5328" w:type="dxa"/>
            <w:vAlign w:val="center"/>
          </w:tcPr>
          <w:p w14:paraId="54ECBD12" w14:textId="77777777" w:rsidR="00011176" w:rsidRDefault="00000000">
            <w:r>
              <w:t>Organization/Company: ________________________</w:t>
            </w:r>
          </w:p>
        </w:tc>
        <w:tc>
          <w:tcPr>
            <w:tcW w:w="5328" w:type="dxa"/>
            <w:vAlign w:val="center"/>
          </w:tcPr>
          <w:p w14:paraId="191E4052" w14:textId="77777777" w:rsidR="00011176" w:rsidRDefault="00000000">
            <w:r>
              <w:t>Title/Position: ______________________________</w:t>
            </w:r>
          </w:p>
        </w:tc>
      </w:tr>
      <w:tr w:rsidR="00011176" w14:paraId="05D2BDC4" w14:textId="77777777">
        <w:trPr>
          <w:jc w:val="center"/>
        </w:trPr>
        <w:tc>
          <w:tcPr>
            <w:tcW w:w="5328" w:type="dxa"/>
            <w:vAlign w:val="center"/>
          </w:tcPr>
          <w:p w14:paraId="787C7711" w14:textId="77777777" w:rsidR="00011176" w:rsidRDefault="00000000">
            <w:r>
              <w:t>Email: _______________________________________</w:t>
            </w:r>
          </w:p>
        </w:tc>
        <w:tc>
          <w:tcPr>
            <w:tcW w:w="5328" w:type="dxa"/>
            <w:vAlign w:val="center"/>
          </w:tcPr>
          <w:p w14:paraId="59F0CC19" w14:textId="77777777" w:rsidR="00011176" w:rsidRDefault="00000000">
            <w:r>
              <w:t>Phone: _____________________________________</w:t>
            </w:r>
          </w:p>
        </w:tc>
      </w:tr>
      <w:tr w:rsidR="00011176" w14:paraId="44541C23" w14:textId="77777777">
        <w:trPr>
          <w:jc w:val="center"/>
        </w:trPr>
        <w:tc>
          <w:tcPr>
            <w:tcW w:w="5328" w:type="dxa"/>
            <w:vAlign w:val="center"/>
          </w:tcPr>
          <w:p w14:paraId="00C6C426" w14:textId="77777777" w:rsidR="00011176" w:rsidRDefault="00000000">
            <w:r>
              <w:t>Address: _____________________________________</w:t>
            </w:r>
          </w:p>
        </w:tc>
        <w:tc>
          <w:tcPr>
            <w:tcW w:w="5328" w:type="dxa"/>
            <w:vAlign w:val="center"/>
          </w:tcPr>
          <w:p w14:paraId="645FA544" w14:textId="77777777" w:rsidR="00011176" w:rsidRDefault="00000000">
            <w:r>
              <w:t>City/State/ZIP: ______________________________</w:t>
            </w:r>
          </w:p>
        </w:tc>
      </w:tr>
    </w:tbl>
    <w:p w14:paraId="69C8485F" w14:textId="77777777" w:rsidR="00011176" w:rsidRDefault="00000000">
      <w:pPr>
        <w:spacing w:before="80" w:after="40"/>
      </w:pPr>
      <w:r>
        <w:rPr>
          <w:b/>
          <w:color w:val="1F4E79"/>
          <w:sz w:val="18"/>
        </w:rPr>
        <w:t>PROFESSIONAL &amp; COMMUNITY EXPERIENCE</w:t>
      </w:r>
    </w:p>
    <w:p w14:paraId="438D66AA" w14:textId="77777777" w:rsidR="00011176" w:rsidRDefault="00000000">
      <w:pPr>
        <w:spacing w:after="20"/>
      </w:pPr>
      <w:r>
        <w:t>Relevant professional, nonprofit, civic, or community experience:</w:t>
      </w:r>
    </w:p>
    <w:p w14:paraId="22A84ECB" w14:textId="77777777" w:rsidR="00011176" w:rsidRDefault="00000000">
      <w:r>
        <w:t>____________________________________________________________________________________________</w:t>
      </w:r>
    </w:p>
    <w:p w14:paraId="2DE37CB7" w14:textId="177E271F" w:rsidR="00011176" w:rsidRDefault="00000000">
      <w:r>
        <w:t>____________________________________________________________________________________________</w:t>
      </w:r>
    </w:p>
    <w:p w14:paraId="0B345073" w14:textId="77777777" w:rsidR="00011176" w:rsidRDefault="00000000">
      <w:pPr>
        <w:spacing w:after="20"/>
      </w:pPr>
      <w:r>
        <w:t>Areas of expertise (check all that apply):</w:t>
      </w:r>
    </w:p>
    <w:p w14:paraId="70FF08B1" w14:textId="77777777" w:rsidR="00011176" w:rsidRDefault="00000000">
      <w:r>
        <w:t>☐ Business/Corporate Leadership   ☐ Finance/Accounting   ☐ Legal   ☐ HR   ☐ Fundraising/Development</w:t>
      </w:r>
    </w:p>
    <w:p w14:paraId="02FD61FE" w14:textId="77777777" w:rsidR="00011176" w:rsidRDefault="00000000">
      <w:r>
        <w:t>☐ Marketing/Communications   ☐ Government/Public Policy   ☐ Advocacy   ☐ Strategic Planning   ☐ Technology/Data</w:t>
      </w:r>
    </w:p>
    <w:p w14:paraId="4DA51222" w14:textId="77777777" w:rsidR="00011176" w:rsidRDefault="00000000">
      <w:r>
        <w:t>☐ Child Welfare   ☐ Healthcare   ☐ Education   ☐ Mental/Behavioral Health   ☐ Community Engagement   ☐ Other: __________</w:t>
      </w:r>
    </w:p>
    <w:p w14:paraId="50B5796B" w14:textId="77777777" w:rsidR="00011176" w:rsidRDefault="00000000">
      <w:pPr>
        <w:spacing w:before="80" w:after="40"/>
      </w:pPr>
      <w:r>
        <w:rPr>
          <w:b/>
          <w:color w:val="1F4E79"/>
          <w:sz w:val="18"/>
        </w:rPr>
        <w:t>INTEREST IN ONCAC</w:t>
      </w:r>
    </w:p>
    <w:p w14:paraId="5CFFF142" w14:textId="77777777" w:rsidR="00011176" w:rsidRDefault="00000000">
      <w:pPr>
        <w:spacing w:after="20"/>
      </w:pPr>
      <w:r>
        <w:t>Why are you interested in serving on the ONCAC Board?</w:t>
      </w:r>
    </w:p>
    <w:p w14:paraId="61D766B0" w14:textId="77777777" w:rsidR="00011176" w:rsidRDefault="00000000">
      <w:r>
        <w:t>____________________________________________________________________________________________</w:t>
      </w:r>
    </w:p>
    <w:p w14:paraId="1F8B557E" w14:textId="77777777" w:rsidR="00011176" w:rsidRDefault="00000000">
      <w:r>
        <w:t>____________________________________________________________________________________________</w:t>
      </w:r>
    </w:p>
    <w:p w14:paraId="3F5B774C" w14:textId="77777777" w:rsidR="00011176" w:rsidRDefault="00000000">
      <w:pPr>
        <w:spacing w:after="20"/>
      </w:pPr>
      <w:r>
        <w:t>What experience, perspective, or skills would you bring to ONCAC?</w:t>
      </w:r>
    </w:p>
    <w:p w14:paraId="32FC851D" w14:textId="77777777" w:rsidR="00011176" w:rsidRDefault="00000000">
      <w:r>
        <w:t>____________________________________________________________________________________________</w:t>
      </w:r>
    </w:p>
    <w:p w14:paraId="1C8B6F98" w14:textId="77777777" w:rsidR="00011176" w:rsidRDefault="00000000">
      <w:pPr>
        <w:spacing w:before="80" w:after="40"/>
      </w:pPr>
      <w:r>
        <w:rPr>
          <w:b/>
          <w:color w:val="1F4E79"/>
          <w:sz w:val="18"/>
        </w:rPr>
        <w:t>BOARD PARTICIPATION &amp; FUNDRAISING</w:t>
      </w:r>
    </w:p>
    <w:p w14:paraId="2C44EDB1" w14:textId="77777777" w:rsidR="00011176" w:rsidRDefault="00000000">
      <w:r>
        <w:t>I am able to:  ☐ Attend regularly scheduled Board meetings   ☐ Serve on a committee   ☐ Participate in ONCAC initiatives</w:t>
      </w:r>
    </w:p>
    <w:p w14:paraId="6B5F601D" w14:textId="77777777" w:rsidR="00011176" w:rsidRDefault="00000000">
      <w:r>
        <w:t>I am comfortable:  ☐ Serving as an ONCAC ambassador   ☐ Making donor/corporate introductions   ☐ Supporting fundraising activities</w:t>
      </w:r>
    </w:p>
    <w:p w14:paraId="44F716F2" w14:textId="77777777" w:rsidR="00011176" w:rsidRDefault="00000000">
      <w:pPr>
        <w:spacing w:after="20"/>
      </w:pPr>
      <w:r>
        <w:t>Professional, corporate, philanthropic, or community networks I could engage on behalf of ONCAC:</w:t>
      </w:r>
    </w:p>
    <w:p w14:paraId="563816A8" w14:textId="77777777" w:rsidR="00011176" w:rsidRDefault="00000000">
      <w:r>
        <w:t>____________________________________________________________________________________________</w:t>
      </w:r>
    </w:p>
    <w:p w14:paraId="40CA1594" w14:textId="77777777" w:rsidR="00011176" w:rsidRDefault="00000000">
      <w:r>
        <w:br w:type="page"/>
      </w:r>
    </w:p>
    <w:p w14:paraId="23AAB3D9" w14:textId="77777777" w:rsidR="00011176" w:rsidRDefault="00000000">
      <w:pPr>
        <w:jc w:val="center"/>
      </w:pPr>
      <w:r>
        <w:rPr>
          <w:b/>
          <w:color w:val="1F4E79"/>
          <w:sz w:val="22"/>
        </w:rPr>
        <w:lastRenderedPageBreak/>
        <w:t>ONCAC BOARD MEMBER APPLICATION — PAGE 2</w:t>
      </w:r>
    </w:p>
    <w:p w14:paraId="66C24094" w14:textId="77777777" w:rsidR="00011176" w:rsidRDefault="00000000">
      <w:pPr>
        <w:spacing w:before="80" w:after="40"/>
      </w:pPr>
      <w:r>
        <w:rPr>
          <w:b/>
          <w:color w:val="1F4E79"/>
          <w:sz w:val="18"/>
        </w:rPr>
        <w:t>LEADERSHIP &amp; MISSION ALIGNMENT</w:t>
      </w:r>
    </w:p>
    <w:p w14:paraId="4534692C" w14:textId="77777777" w:rsidR="00011176" w:rsidRDefault="00000000">
      <w:pPr>
        <w:spacing w:after="20"/>
      </w:pPr>
      <w:r>
        <w:t>What do you believe are important opportunities or challenges facing Ohio’s Children’s Advocacy Centers?</w:t>
      </w:r>
    </w:p>
    <w:p w14:paraId="06B39D0C" w14:textId="77777777" w:rsidR="00011176" w:rsidRDefault="00000000">
      <w:r>
        <w:t>____________________________________________________________________________________________</w:t>
      </w:r>
    </w:p>
    <w:p w14:paraId="339C8397" w14:textId="77777777" w:rsidR="00011176" w:rsidRDefault="00000000">
      <w:r>
        <w:t>____________________________________________________________________________________________</w:t>
      </w:r>
    </w:p>
    <w:p w14:paraId="16711478" w14:textId="77777777" w:rsidR="00011176" w:rsidRDefault="00000000">
      <w:pPr>
        <w:spacing w:after="20"/>
      </w:pPr>
      <w:r>
        <w:t>What would you like to accomplish through your service on the ONCAC Board?</w:t>
      </w:r>
    </w:p>
    <w:p w14:paraId="0B2B068E" w14:textId="77777777" w:rsidR="00011176" w:rsidRDefault="00000000">
      <w:r>
        <w:t>____________________________________________________________________________________________</w:t>
      </w:r>
    </w:p>
    <w:p w14:paraId="0CA72997" w14:textId="77777777" w:rsidR="00011176" w:rsidRDefault="00000000">
      <w:r>
        <w:t>____________________________________________________________________________________________</w:t>
      </w:r>
    </w:p>
    <w:p w14:paraId="03F33B95" w14:textId="77777777" w:rsidR="00011176" w:rsidRDefault="00000000">
      <w:pPr>
        <w:spacing w:before="80" w:after="40"/>
      </w:pPr>
      <w:r>
        <w:rPr>
          <w:b/>
          <w:color w:val="1F4E79"/>
          <w:sz w:val="18"/>
        </w:rPr>
        <w:t>CONFLICT OF INTEREST &amp; BOARD RESPONSIBILITIES</w:t>
      </w:r>
    </w:p>
    <w:p w14:paraId="25417FAC" w14:textId="77777777" w:rsidR="00011176" w:rsidRDefault="00000000">
      <w:r>
        <w:t>Do you currently serve on, work for, or have a significant financial interest in an organization that could create an actual or potential conflict with ONCAC?</w:t>
      </w:r>
    </w:p>
    <w:p w14:paraId="5CCBBA55" w14:textId="77777777" w:rsidR="00011176" w:rsidRDefault="00000000">
      <w:r>
        <w:t>☐ No   ☐ Yes — Please explain: _________________________________________________________________</w:t>
      </w:r>
    </w:p>
    <w:p w14:paraId="0EB82859" w14:textId="77777777" w:rsidR="00011176" w:rsidRDefault="00000000">
      <w:r>
        <w:t>I am willing to comply with ONCAC’s bylaws, conflict-of-interest policy, confidentiality requirements, and other Board policies.</w:t>
      </w:r>
    </w:p>
    <w:p w14:paraId="49F08D29" w14:textId="77777777" w:rsidR="00011176" w:rsidRDefault="00000000">
      <w:r>
        <w:t>☐ Yes   ☐ No   ☐ I would like additional information</w:t>
      </w:r>
    </w:p>
    <w:p w14:paraId="2C644BE4" w14:textId="77777777" w:rsidR="00011176" w:rsidRDefault="00000000">
      <w:r>
        <w:t>I am willing to complete required background checks, disclosures, and onboarding requirements.</w:t>
      </w:r>
    </w:p>
    <w:p w14:paraId="1EC0362F" w14:textId="77777777" w:rsidR="00011176" w:rsidRDefault="00000000">
      <w:r>
        <w:t>☐ Yes   ☐ No</w:t>
      </w:r>
    </w:p>
    <w:p w14:paraId="4EEB6012" w14:textId="77777777" w:rsidR="00011176" w:rsidRDefault="00000000">
      <w:pPr>
        <w:spacing w:before="80" w:after="40"/>
      </w:pPr>
      <w:r>
        <w:rPr>
          <w:b/>
          <w:color w:val="1F4E79"/>
          <w:sz w:val="18"/>
        </w:rPr>
        <w:t>REFERENCES</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ook w:val="04A0" w:firstRow="1" w:lastRow="0" w:firstColumn="1" w:lastColumn="0" w:noHBand="0" w:noVBand="1"/>
      </w:tblPr>
      <w:tblGrid>
        <w:gridCol w:w="5328"/>
        <w:gridCol w:w="5328"/>
      </w:tblGrid>
      <w:tr w:rsidR="00011176" w14:paraId="404DEBE2" w14:textId="77777777">
        <w:trPr>
          <w:jc w:val="center"/>
        </w:trPr>
        <w:tc>
          <w:tcPr>
            <w:tcW w:w="5328" w:type="dxa"/>
            <w:vAlign w:val="center"/>
          </w:tcPr>
          <w:p w14:paraId="36D178D1" w14:textId="77777777" w:rsidR="00011176" w:rsidRDefault="00000000">
            <w:r>
              <w:t>Reference 1 — Name: __________________________</w:t>
            </w:r>
          </w:p>
        </w:tc>
        <w:tc>
          <w:tcPr>
            <w:tcW w:w="5328" w:type="dxa"/>
            <w:vAlign w:val="center"/>
          </w:tcPr>
          <w:p w14:paraId="1D14C172" w14:textId="77777777" w:rsidR="00011176" w:rsidRDefault="00000000">
            <w:r>
              <w:t>Organization/Title: __________________________</w:t>
            </w:r>
          </w:p>
        </w:tc>
      </w:tr>
      <w:tr w:rsidR="00011176" w14:paraId="2611E947" w14:textId="77777777">
        <w:trPr>
          <w:jc w:val="center"/>
        </w:trPr>
        <w:tc>
          <w:tcPr>
            <w:tcW w:w="5328" w:type="dxa"/>
            <w:vAlign w:val="center"/>
          </w:tcPr>
          <w:p w14:paraId="085F2328" w14:textId="77777777" w:rsidR="00011176" w:rsidRDefault="00000000">
            <w:r>
              <w:t>Relationship: _________________________________</w:t>
            </w:r>
          </w:p>
        </w:tc>
        <w:tc>
          <w:tcPr>
            <w:tcW w:w="5328" w:type="dxa"/>
            <w:vAlign w:val="center"/>
          </w:tcPr>
          <w:p w14:paraId="44D47824" w14:textId="77777777" w:rsidR="00011176" w:rsidRDefault="00000000">
            <w:r>
              <w:t>Phone/Email: ________________________________</w:t>
            </w:r>
          </w:p>
        </w:tc>
      </w:tr>
      <w:tr w:rsidR="00011176" w14:paraId="5427C7DE" w14:textId="77777777">
        <w:trPr>
          <w:jc w:val="center"/>
        </w:trPr>
        <w:tc>
          <w:tcPr>
            <w:tcW w:w="5328" w:type="dxa"/>
            <w:vAlign w:val="center"/>
          </w:tcPr>
          <w:p w14:paraId="182F075C" w14:textId="77777777" w:rsidR="00011176" w:rsidRDefault="00000000">
            <w:r>
              <w:t>Reference 2 — Name: __________________________</w:t>
            </w:r>
          </w:p>
        </w:tc>
        <w:tc>
          <w:tcPr>
            <w:tcW w:w="5328" w:type="dxa"/>
            <w:vAlign w:val="center"/>
          </w:tcPr>
          <w:p w14:paraId="5F3A2199" w14:textId="77777777" w:rsidR="00011176" w:rsidRDefault="00000000">
            <w:r>
              <w:t>Organization/Title: __________________________</w:t>
            </w:r>
          </w:p>
        </w:tc>
      </w:tr>
      <w:tr w:rsidR="00011176" w14:paraId="1922DB0A" w14:textId="77777777">
        <w:trPr>
          <w:jc w:val="center"/>
        </w:trPr>
        <w:tc>
          <w:tcPr>
            <w:tcW w:w="5328" w:type="dxa"/>
            <w:vAlign w:val="center"/>
          </w:tcPr>
          <w:p w14:paraId="152B6EF6" w14:textId="77777777" w:rsidR="00011176" w:rsidRDefault="00000000">
            <w:r>
              <w:t>Relationship: _________________________________</w:t>
            </w:r>
          </w:p>
        </w:tc>
        <w:tc>
          <w:tcPr>
            <w:tcW w:w="5328" w:type="dxa"/>
            <w:vAlign w:val="center"/>
          </w:tcPr>
          <w:p w14:paraId="3E4C88A4" w14:textId="77777777" w:rsidR="00011176" w:rsidRDefault="00000000">
            <w:r>
              <w:t>Phone/Email: ________________________________</w:t>
            </w:r>
          </w:p>
        </w:tc>
      </w:tr>
    </w:tbl>
    <w:p w14:paraId="6939D1D7" w14:textId="77777777" w:rsidR="00011176" w:rsidRDefault="00000000">
      <w:pPr>
        <w:spacing w:before="80" w:after="40"/>
      </w:pPr>
      <w:r>
        <w:rPr>
          <w:b/>
          <w:color w:val="1F4E79"/>
          <w:sz w:val="18"/>
        </w:rPr>
        <w:t>APPLICANT ACKNOWLEDGMENT</w:t>
      </w:r>
    </w:p>
    <w:p w14:paraId="6A3422AF" w14:textId="77777777" w:rsidR="00011176" w:rsidRDefault="00000000">
      <w:pPr>
        <w:spacing w:after="80"/>
      </w:pPr>
      <w:r>
        <w:t>I understand that service on the ONCAC Board is a position of leadership and responsibility. Board members are expected to actively advance the organization’s mission, attend meetings, contribute expertise and networks, support resource development, and act in the best interests of ONCAC. I certify that the information provided is accurate and complete.</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ook w:val="04A0" w:firstRow="1" w:lastRow="0" w:firstColumn="1" w:lastColumn="0" w:noHBand="0" w:noVBand="1"/>
      </w:tblPr>
      <w:tblGrid>
        <w:gridCol w:w="5328"/>
        <w:gridCol w:w="5328"/>
      </w:tblGrid>
      <w:tr w:rsidR="00011176" w14:paraId="2705B70C" w14:textId="77777777">
        <w:trPr>
          <w:jc w:val="center"/>
        </w:trPr>
        <w:tc>
          <w:tcPr>
            <w:tcW w:w="5328" w:type="dxa"/>
            <w:vAlign w:val="center"/>
          </w:tcPr>
          <w:p w14:paraId="6D237DE5" w14:textId="77777777" w:rsidR="00011176" w:rsidRDefault="00000000">
            <w:r>
              <w:t>Applicant Signature: __________________________</w:t>
            </w:r>
          </w:p>
        </w:tc>
        <w:tc>
          <w:tcPr>
            <w:tcW w:w="5328" w:type="dxa"/>
            <w:vAlign w:val="center"/>
          </w:tcPr>
          <w:p w14:paraId="05A1B0BB" w14:textId="77777777" w:rsidR="00011176" w:rsidRDefault="00000000">
            <w:r>
              <w:t>Date: _____________________________________</w:t>
            </w:r>
          </w:p>
        </w:tc>
      </w:tr>
    </w:tbl>
    <w:p w14:paraId="3E050D95" w14:textId="609BF290" w:rsidR="00011176" w:rsidRDefault="00011176" w:rsidP="00925DE9">
      <w:pPr>
        <w:spacing w:before="80" w:after="40"/>
      </w:pPr>
    </w:p>
    <w:p w14:paraId="1FD66825" w14:textId="77777777" w:rsidR="002A6813" w:rsidRPr="002A6813" w:rsidRDefault="002A6813" w:rsidP="002A6813"/>
    <w:p w14:paraId="0BE44BDA" w14:textId="77777777" w:rsidR="002A6813" w:rsidRPr="002A6813" w:rsidRDefault="002A6813" w:rsidP="002A6813"/>
    <w:p w14:paraId="0DD499EB" w14:textId="77777777" w:rsidR="002A6813" w:rsidRPr="002A6813" w:rsidRDefault="002A6813" w:rsidP="002A6813"/>
    <w:p w14:paraId="100A3B51" w14:textId="77777777" w:rsidR="002A6813" w:rsidRPr="002A6813" w:rsidRDefault="002A6813" w:rsidP="002A6813"/>
    <w:p w14:paraId="5064E000" w14:textId="77777777" w:rsidR="002A6813" w:rsidRPr="002A6813" w:rsidRDefault="002A6813" w:rsidP="002A6813"/>
    <w:p w14:paraId="0F290436" w14:textId="77777777" w:rsidR="002A6813" w:rsidRPr="002A6813" w:rsidRDefault="002A6813" w:rsidP="002A6813"/>
    <w:p w14:paraId="35C82C49" w14:textId="77777777" w:rsidR="002A6813" w:rsidRPr="002A6813" w:rsidRDefault="002A6813" w:rsidP="002A6813"/>
    <w:p w14:paraId="4E706AFA" w14:textId="77777777" w:rsidR="002A6813" w:rsidRPr="002A6813" w:rsidRDefault="002A6813" w:rsidP="002A6813"/>
    <w:p w14:paraId="1F95E646" w14:textId="54AFD921" w:rsidR="002A6813" w:rsidRPr="002A6813" w:rsidRDefault="002A6813" w:rsidP="002A6813">
      <w:pPr>
        <w:tabs>
          <w:tab w:val="left" w:pos="6105"/>
        </w:tabs>
      </w:pPr>
      <w:r>
        <w:tab/>
      </w:r>
    </w:p>
    <w:sectPr w:rsidR="002A6813" w:rsidRPr="002A6813"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8CC31" w14:textId="77777777" w:rsidR="007D31C7" w:rsidRDefault="007D31C7">
      <w:pPr>
        <w:spacing w:after="0" w:line="240" w:lineRule="auto"/>
      </w:pPr>
      <w:r>
        <w:separator/>
      </w:r>
    </w:p>
  </w:endnote>
  <w:endnote w:type="continuationSeparator" w:id="0">
    <w:p w14:paraId="1CD17F79" w14:textId="77777777" w:rsidR="007D31C7" w:rsidRDefault="007D3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2F27" w14:textId="77777777" w:rsidR="00011176" w:rsidRDefault="00000000">
    <w:pPr>
      <w:pStyle w:val="Footer"/>
      <w:jc w:val="center"/>
    </w:pPr>
    <w:r>
      <w:rPr>
        <w:i/>
        <w:sz w:val="14"/>
      </w:rPr>
      <w:t xml:space="preserve">Ohio Network of Children’s Advocacy </w:t>
    </w:r>
    <w:proofErr w:type="gramStart"/>
    <w:r>
      <w:rPr>
        <w:i/>
        <w:sz w:val="14"/>
      </w:rPr>
      <w:t>Centers  |</w:t>
    </w:r>
    <w:proofErr w:type="gramEnd"/>
    <w:r>
      <w:rPr>
        <w:i/>
        <w:sz w:val="14"/>
      </w:rPr>
      <w:t xml:space="preserve">  Board Member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A05C5" w14:textId="77777777" w:rsidR="007D31C7" w:rsidRDefault="007D31C7">
      <w:pPr>
        <w:spacing w:after="0" w:line="240" w:lineRule="auto"/>
      </w:pPr>
      <w:r>
        <w:separator/>
      </w:r>
    </w:p>
  </w:footnote>
  <w:footnote w:type="continuationSeparator" w:id="0">
    <w:p w14:paraId="3CFEC3CC" w14:textId="77777777" w:rsidR="007D31C7" w:rsidRDefault="007D3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8160449">
    <w:abstractNumId w:val="8"/>
  </w:num>
  <w:num w:numId="2" w16cid:durableId="354773084">
    <w:abstractNumId w:val="6"/>
  </w:num>
  <w:num w:numId="3" w16cid:durableId="1228875918">
    <w:abstractNumId w:val="5"/>
  </w:num>
  <w:num w:numId="4" w16cid:durableId="537280380">
    <w:abstractNumId w:val="4"/>
  </w:num>
  <w:num w:numId="5" w16cid:durableId="1446192017">
    <w:abstractNumId w:val="7"/>
  </w:num>
  <w:num w:numId="6" w16cid:durableId="784270072">
    <w:abstractNumId w:val="3"/>
  </w:num>
  <w:num w:numId="7" w16cid:durableId="1440375471">
    <w:abstractNumId w:val="2"/>
  </w:num>
  <w:num w:numId="8" w16cid:durableId="963772684">
    <w:abstractNumId w:val="1"/>
  </w:num>
  <w:num w:numId="9" w16cid:durableId="8996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176"/>
    <w:rsid w:val="00034616"/>
    <w:rsid w:val="0006063C"/>
    <w:rsid w:val="0015074B"/>
    <w:rsid w:val="0029639D"/>
    <w:rsid w:val="002A6813"/>
    <w:rsid w:val="00326F90"/>
    <w:rsid w:val="004D2BD4"/>
    <w:rsid w:val="007D31C7"/>
    <w:rsid w:val="0091120C"/>
    <w:rsid w:val="00925DE9"/>
    <w:rsid w:val="00AA1D8D"/>
    <w:rsid w:val="00B47730"/>
    <w:rsid w:val="00BD52F3"/>
    <w:rsid w:val="00CB0664"/>
    <w:rsid w:val="00F02F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6725D4"/>
  <w14:defaultImageDpi w14:val="300"/>
  <w15:docId w15:val="{763206AE-4CA1-2F4B-91BF-09145968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O'Malley</cp:lastModifiedBy>
  <cp:revision>2</cp:revision>
  <dcterms:created xsi:type="dcterms:W3CDTF">2026-10-27T14:05:00Z</dcterms:created>
  <dcterms:modified xsi:type="dcterms:W3CDTF">2026-10-27T14:05:00Z</dcterms:modified>
  <cp:category/>
</cp:coreProperties>
</file>